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31E27B" w14:textId="1926D08F" w:rsidR="00DF6E95" w:rsidRDefault="00DF6E95">
      <w:pPr>
        <w:jc w:val="center"/>
        <w:rPr>
          <w:b/>
          <w:sz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11BACC9" wp14:editId="7F917435">
            <wp:simplePos x="0" y="0"/>
            <wp:positionH relativeFrom="column">
              <wp:posOffset>4089400</wp:posOffset>
            </wp:positionH>
            <wp:positionV relativeFrom="paragraph">
              <wp:posOffset>-245957</wp:posOffset>
            </wp:positionV>
            <wp:extent cx="1252800" cy="1274400"/>
            <wp:effectExtent l="0" t="0" r="5080" b="0"/>
            <wp:wrapThrough wrapText="bothSides">
              <wp:wrapPolygon edited="0">
                <wp:start x="8544" y="0"/>
                <wp:lineTo x="6134" y="1077"/>
                <wp:lineTo x="1753" y="3230"/>
                <wp:lineTo x="0" y="7322"/>
                <wp:lineTo x="0" y="11198"/>
                <wp:lineTo x="876" y="14213"/>
                <wp:lineTo x="4819" y="17659"/>
                <wp:lineTo x="10077" y="19597"/>
                <wp:lineTo x="12487" y="19597"/>
                <wp:lineTo x="13582" y="19167"/>
                <wp:lineTo x="17087" y="18090"/>
                <wp:lineTo x="17306" y="17659"/>
                <wp:lineTo x="20592" y="14429"/>
                <wp:lineTo x="20592" y="14213"/>
                <wp:lineTo x="21469" y="12060"/>
                <wp:lineTo x="21469" y="7107"/>
                <wp:lineTo x="21030" y="6030"/>
                <wp:lineTo x="19716" y="3876"/>
                <wp:lineTo x="19935" y="3015"/>
                <wp:lineTo x="15335" y="861"/>
                <wp:lineTo x="12706" y="0"/>
                <wp:lineTo x="8544" y="0"/>
              </wp:wrapPolygon>
            </wp:wrapThrough>
            <wp:docPr id="821410425" name="Image 1" descr="Une image contenant cercle, Emblème, symbole, Graphiqu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410425" name="Image 1" descr="Une image contenant cercle, Emblème, symbole, Graphique&#10;&#10;Le contenu généré par l’IA peut êtr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52800" cy="127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3D25ABDF" wp14:editId="3A27612F">
            <wp:simplePos x="0" y="0"/>
            <wp:positionH relativeFrom="column">
              <wp:posOffset>-160867</wp:posOffset>
            </wp:positionH>
            <wp:positionV relativeFrom="paragraph">
              <wp:posOffset>-381000</wp:posOffset>
            </wp:positionV>
            <wp:extent cx="2331780" cy="1409065"/>
            <wp:effectExtent l="0" t="0" r="0" b="0"/>
            <wp:wrapNone/>
            <wp:docPr id="1" name="image1.jpeg" descr="Une image contenant texte, Police, logo, Marqu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 descr="Une image contenant texte, Police, logo, Marque&#10;&#10;Le contenu généré par l’IA peut être incorrect.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1780" cy="1409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E3BB67" w14:textId="77777777" w:rsidR="00DF6E95" w:rsidRDefault="00DF6E95">
      <w:pPr>
        <w:jc w:val="center"/>
        <w:rPr>
          <w:b/>
          <w:sz w:val="28"/>
        </w:rPr>
      </w:pPr>
    </w:p>
    <w:p w14:paraId="00FD71D9" w14:textId="77777777" w:rsidR="00DF6E95" w:rsidRDefault="00DF6E95">
      <w:pPr>
        <w:jc w:val="center"/>
        <w:rPr>
          <w:b/>
          <w:sz w:val="28"/>
        </w:rPr>
      </w:pPr>
    </w:p>
    <w:p w14:paraId="09209ED6" w14:textId="77777777" w:rsidR="00DF6E95" w:rsidRDefault="00DF6E95">
      <w:pPr>
        <w:jc w:val="center"/>
        <w:rPr>
          <w:b/>
          <w:sz w:val="28"/>
        </w:rPr>
      </w:pPr>
    </w:p>
    <w:p w14:paraId="2E8F68F1" w14:textId="04B00761" w:rsidR="005D7DDB" w:rsidRDefault="00000000">
      <w:pPr>
        <w:jc w:val="center"/>
      </w:pPr>
      <w:r>
        <w:rPr>
          <w:b/>
          <w:sz w:val="28"/>
        </w:rPr>
        <w:t xml:space="preserve">FICHE D’INSCRIPTION – </w:t>
      </w:r>
      <w:r w:rsidR="004E2556">
        <w:rPr>
          <w:b/>
          <w:sz w:val="28"/>
        </w:rPr>
        <w:t>REPAS AG DU 23 JANVIER 2026</w:t>
      </w:r>
      <w:r>
        <w:rPr>
          <w:b/>
          <w:sz w:val="28"/>
        </w:rPr>
        <w:br/>
      </w:r>
    </w:p>
    <w:p w14:paraId="4EB9B5CC" w14:textId="7D26A67C" w:rsidR="005D7DDB" w:rsidRDefault="004E2556">
      <w:pPr>
        <w:jc w:val="center"/>
      </w:pPr>
      <w:r>
        <w:rPr>
          <w:i/>
        </w:rPr>
        <w:t>ASSEMBLÉE GÉNÉRALE EXTRAORDINAIRE ET ORDINAIRE – 23 JANVIER 2026 – CHAUVIGNY (86300)</w:t>
      </w:r>
      <w:r>
        <w:rPr>
          <w:i/>
        </w:rPr>
        <w:br/>
      </w:r>
    </w:p>
    <w:p w14:paraId="4580418E" w14:textId="4C6E562B" w:rsidR="005D7DDB" w:rsidRDefault="00000000">
      <w:r>
        <w:t>Un repas est organisé lors de cette soirée.</w:t>
      </w:r>
      <w:r>
        <w:br/>
        <w:t>La participation aux frais est fixée à 2</w:t>
      </w:r>
      <w:r w:rsidR="004E2556">
        <w:t>6</w:t>
      </w:r>
      <w:r>
        <w:t xml:space="preserve"> € par personne.</w:t>
      </w:r>
      <w:r>
        <w:br/>
      </w:r>
    </w:p>
    <w:p w14:paraId="645FB462" w14:textId="77777777" w:rsidR="005D7DDB" w:rsidRDefault="00000000">
      <w:r>
        <w:t>Nom, Prénom : ________________________________________________</w:t>
      </w:r>
      <w:r>
        <w:br/>
      </w:r>
    </w:p>
    <w:p w14:paraId="4697FE99" w14:textId="77777777" w:rsidR="005D7DDB" w:rsidRDefault="00000000">
      <w:r>
        <w:t>Adresse : ______________________________________________________</w:t>
      </w:r>
      <w:r>
        <w:br/>
      </w:r>
    </w:p>
    <w:p w14:paraId="500F1C1B" w14:textId="77777777" w:rsidR="005D7DDB" w:rsidRDefault="00000000">
      <w:r>
        <w:t>Téléphone : ___________________  Courriel : _______________________</w:t>
      </w:r>
      <w:r>
        <w:br/>
      </w:r>
    </w:p>
    <w:p w14:paraId="6EB6208E" w14:textId="706AE526" w:rsidR="005D7DDB" w:rsidRDefault="00000000">
      <w:r>
        <w:t>Nombre de personnes inscrites : __________  × 2</w:t>
      </w:r>
      <w:r w:rsidR="004E2556">
        <w:t>6</w:t>
      </w:r>
      <w:r>
        <w:t xml:space="preserve"> €  =  __________ €</w:t>
      </w:r>
      <w:r>
        <w:br/>
      </w:r>
    </w:p>
    <w:p w14:paraId="5C0BE53D" w14:textId="77777777" w:rsidR="005D7DDB" w:rsidRDefault="00000000">
      <w:r>
        <w:t>Merci de préciser les éventuelles incompatibilités ou restrictions alimentaires :</w:t>
      </w:r>
      <w:r>
        <w:br/>
        <w:t>__________________________________________________________________</w:t>
      </w:r>
      <w:r>
        <w:br/>
        <w:t>__________________________________________________________________</w:t>
      </w:r>
      <w:r>
        <w:br/>
      </w:r>
    </w:p>
    <w:p w14:paraId="4C242B2B" w14:textId="77777777" w:rsidR="004E2556" w:rsidRDefault="00000000">
      <w:r>
        <w:t>Règlement par chèque à l’ordre du « CD86 MJSEA ».</w:t>
      </w:r>
      <w:r>
        <w:br/>
        <w:t xml:space="preserve">Inscription à retourner avant le </w:t>
      </w:r>
      <w:r w:rsidR="004E2556">
        <w:t>16 janvier</w:t>
      </w:r>
      <w:r>
        <w:t xml:space="preserve"> 202</w:t>
      </w:r>
      <w:r w:rsidR="004E2556">
        <w:t>6</w:t>
      </w:r>
      <w:r>
        <w:t xml:space="preserve"> à :</w:t>
      </w:r>
      <w:r w:rsidR="004E2556">
        <w:t xml:space="preserve"> </w:t>
      </w:r>
    </w:p>
    <w:p w14:paraId="4F664687" w14:textId="0880B173" w:rsidR="005D7DDB" w:rsidRPr="004E2556" w:rsidRDefault="004E2556">
      <w:r w:rsidRPr="004E2556">
        <w:rPr>
          <w:color w:val="4F81BD" w:themeColor="accent1"/>
        </w:rPr>
        <w:t xml:space="preserve">TRÉSORIER DE VOS CERCLES D’APPARTENANCE </w:t>
      </w:r>
      <w:r w:rsidRPr="004E2556">
        <w:br/>
      </w:r>
    </w:p>
    <w:p w14:paraId="21AC7C11" w14:textId="77777777" w:rsidR="005D7DDB" w:rsidRDefault="00000000">
      <w:r>
        <w:br/>
        <w:t>Signature : ____________________________</w:t>
      </w:r>
    </w:p>
    <w:sectPr w:rsidR="005D7DDB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E00002FF" w:usb1="6AC7FDFB" w:usb2="08000012" w:usb3="00000000" w:csb0="0002009F" w:csb1="00000000"/>
  </w:font>
  <w:font w:name="Courier">
    <w:panose1 w:val="020703090202050204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enum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enum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epuc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epuc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enum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67970054">
    <w:abstractNumId w:val="8"/>
  </w:num>
  <w:num w:numId="2" w16cid:durableId="698169467">
    <w:abstractNumId w:val="6"/>
  </w:num>
  <w:num w:numId="3" w16cid:durableId="1477067756">
    <w:abstractNumId w:val="5"/>
  </w:num>
  <w:num w:numId="4" w16cid:durableId="1683359818">
    <w:abstractNumId w:val="4"/>
  </w:num>
  <w:num w:numId="5" w16cid:durableId="845050928">
    <w:abstractNumId w:val="7"/>
  </w:num>
  <w:num w:numId="6" w16cid:durableId="2093427770">
    <w:abstractNumId w:val="3"/>
  </w:num>
  <w:num w:numId="7" w16cid:durableId="1396588415">
    <w:abstractNumId w:val="2"/>
  </w:num>
  <w:num w:numId="8" w16cid:durableId="208807887">
    <w:abstractNumId w:val="1"/>
  </w:num>
  <w:num w:numId="9" w16cid:durableId="9089245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34616"/>
    <w:rsid w:val="0006063C"/>
    <w:rsid w:val="0015074B"/>
    <w:rsid w:val="0029639D"/>
    <w:rsid w:val="00302D4C"/>
    <w:rsid w:val="00326F90"/>
    <w:rsid w:val="003D5C8F"/>
    <w:rsid w:val="004A10A9"/>
    <w:rsid w:val="004E2556"/>
    <w:rsid w:val="005D7DDB"/>
    <w:rsid w:val="005E50B0"/>
    <w:rsid w:val="0075700E"/>
    <w:rsid w:val="007A2BA0"/>
    <w:rsid w:val="009A5452"/>
    <w:rsid w:val="00AA1D8D"/>
    <w:rsid w:val="00B47730"/>
    <w:rsid w:val="00C77488"/>
    <w:rsid w:val="00CB0664"/>
    <w:rsid w:val="00D95913"/>
    <w:rsid w:val="00DF6E95"/>
    <w:rsid w:val="00E16ADD"/>
    <w:rsid w:val="00F64217"/>
    <w:rsid w:val="00F968EA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8ED485F"/>
  <w14:defaultImageDpi w14:val="300"/>
  <w15:docId w15:val="{163440B8-9D58-024A-ADF1-1AA64654E3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  <w:rPr>
      <w:lang w:val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618BF"/>
  </w:style>
  <w:style w:type="paragraph" w:styleId="Pieddepage">
    <w:name w:val="footer"/>
    <w:basedOn w:val="Normal"/>
    <w:link w:val="PieddepageC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618BF"/>
  </w:style>
  <w:style w:type="paragraph" w:styleId="Sansinterligne">
    <w:name w:val="No Spacing"/>
    <w:uiPriority w:val="1"/>
    <w:qFormat/>
    <w:rsid w:val="00FC693F"/>
    <w:pPr>
      <w:spacing w:after="0" w:line="240" w:lineRule="auto"/>
    </w:pPr>
  </w:style>
  <w:style w:type="character" w:customStyle="1" w:styleId="Titre1Car">
    <w:name w:val="Titre 1 Car"/>
    <w:basedOn w:val="Policepardfaut"/>
    <w:link w:val="Titre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re">
    <w:name w:val="Title"/>
    <w:basedOn w:val="Normal"/>
    <w:next w:val="Normal"/>
    <w:link w:val="TitreC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Corpsdetexte">
    <w:name w:val="Body Text"/>
    <w:basedOn w:val="Normal"/>
    <w:link w:val="CorpsdetexteCar"/>
    <w:uiPriority w:val="99"/>
    <w:unhideWhenUsed/>
    <w:rsid w:val="00AA1D8D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rsid w:val="00AA1D8D"/>
  </w:style>
  <w:style w:type="paragraph" w:styleId="Corpsdetexte2">
    <w:name w:val="Body Text 2"/>
    <w:basedOn w:val="Normal"/>
    <w:link w:val="Corpsdetexte2Car"/>
    <w:uiPriority w:val="99"/>
    <w:unhideWhenUsed/>
    <w:rsid w:val="00AA1D8D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rsid w:val="00AA1D8D"/>
  </w:style>
  <w:style w:type="paragraph" w:styleId="Corpsdetexte3">
    <w:name w:val="Body Text 3"/>
    <w:basedOn w:val="Normal"/>
    <w:link w:val="Corpsdetexte3C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rsid w:val="00AA1D8D"/>
    <w:rPr>
      <w:sz w:val="16"/>
      <w:szCs w:val="16"/>
    </w:rPr>
  </w:style>
  <w:style w:type="paragraph" w:styleId="Liste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e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e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epuces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epuces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epuces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enumros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enumros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enumros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e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e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e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Textedemacro">
    <w:name w:val="macro"/>
    <w:link w:val="TextedemacroC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rsid w:val="0029639D"/>
    <w:rPr>
      <w:rFonts w:ascii="Courier" w:hAnsi="Courier"/>
      <w:sz w:val="20"/>
      <w:szCs w:val="20"/>
    </w:rPr>
  </w:style>
  <w:style w:type="paragraph" w:styleId="Citation">
    <w:name w:val="Quote"/>
    <w:basedOn w:val="Normal"/>
    <w:next w:val="Normal"/>
    <w:link w:val="CitationCar"/>
    <w:uiPriority w:val="29"/>
    <w:qFormat/>
    <w:rsid w:val="00FC693F"/>
    <w:rPr>
      <w:i/>
      <w:iCs/>
      <w:color w:val="000000" w:themeColor="text1"/>
    </w:rPr>
  </w:style>
  <w:style w:type="character" w:customStyle="1" w:styleId="CitationCar">
    <w:name w:val="Citation Car"/>
    <w:basedOn w:val="Policepardfaut"/>
    <w:link w:val="Citation"/>
    <w:uiPriority w:val="29"/>
    <w:rsid w:val="00FC693F"/>
    <w:rPr>
      <w:i/>
      <w:iCs/>
      <w:color w:val="000000" w:themeColor="text1"/>
    </w:rPr>
  </w:style>
  <w:style w:type="character" w:customStyle="1" w:styleId="Titre4Car">
    <w:name w:val="Titre 4 Car"/>
    <w:basedOn w:val="Policepardfaut"/>
    <w:link w:val="Titre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itre5Car">
    <w:name w:val="Titre 5 Car"/>
    <w:basedOn w:val="Policepardfaut"/>
    <w:link w:val="Titre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itre6Car">
    <w:name w:val="Titre 6 Car"/>
    <w:basedOn w:val="Policepardfaut"/>
    <w:link w:val="Titre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itre8Car">
    <w:name w:val="Titre 8 Car"/>
    <w:basedOn w:val="Policepardfaut"/>
    <w:link w:val="Titre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lev">
    <w:name w:val="Strong"/>
    <w:basedOn w:val="Policepardfaut"/>
    <w:uiPriority w:val="22"/>
    <w:qFormat/>
    <w:rsid w:val="00FC693F"/>
    <w:rPr>
      <w:b/>
      <w:bCs/>
    </w:rPr>
  </w:style>
  <w:style w:type="character" w:styleId="Accentuation">
    <w:name w:val="Emphasis"/>
    <w:basedOn w:val="Policepardfaut"/>
    <w:uiPriority w:val="20"/>
    <w:qFormat/>
    <w:rsid w:val="00FC693F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FC693F"/>
    <w:rPr>
      <w:b/>
      <w:bCs/>
      <w:i/>
      <w:iCs/>
      <w:color w:val="4F81BD" w:themeColor="accent1"/>
    </w:rPr>
  </w:style>
  <w:style w:type="character" w:styleId="Accentuationlgre">
    <w:name w:val="Subtle Emphasis"/>
    <w:basedOn w:val="Policepardfaut"/>
    <w:uiPriority w:val="19"/>
    <w:qFormat/>
    <w:rsid w:val="00FC693F"/>
    <w:rPr>
      <w:i/>
      <w:iCs/>
      <w:color w:val="808080" w:themeColor="text1" w:themeTint="7F"/>
    </w:rPr>
  </w:style>
  <w:style w:type="character" w:styleId="Accentuationintense">
    <w:name w:val="Intense Emphasis"/>
    <w:basedOn w:val="Policepardfaut"/>
    <w:uiPriority w:val="21"/>
    <w:qFormat/>
    <w:rsid w:val="00FC693F"/>
    <w:rPr>
      <w:b/>
      <w:bCs/>
      <w:i/>
      <w:iCs/>
      <w:color w:val="4F81BD" w:themeColor="accent1"/>
    </w:rPr>
  </w:style>
  <w:style w:type="character" w:styleId="Rfrencelgre">
    <w:name w:val="Subtle Reference"/>
    <w:basedOn w:val="Policepardfaut"/>
    <w:uiPriority w:val="31"/>
    <w:qFormat/>
    <w:rsid w:val="00FC693F"/>
    <w:rPr>
      <w:smallCaps/>
      <w:color w:val="C0504D" w:themeColor="accent2"/>
      <w:u w:val="single"/>
    </w:rPr>
  </w:style>
  <w:style w:type="character" w:styleId="Rfrenceintense">
    <w:name w:val="Intense Reference"/>
    <w:basedOn w:val="Policepardfau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Titredulivre">
    <w:name w:val="Book Title"/>
    <w:basedOn w:val="Policepardfaut"/>
    <w:uiPriority w:val="33"/>
    <w:qFormat/>
    <w:rsid w:val="00FC693F"/>
    <w:rPr>
      <w:b/>
      <w:bCs/>
      <w:smallCaps/>
      <w:spacing w:val="5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FC693F"/>
    <w:pPr>
      <w:outlineLvl w:val="9"/>
    </w:pPr>
  </w:style>
  <w:style w:type="table" w:styleId="Grilledutableau">
    <w:name w:val="Table Grid"/>
    <w:basedOn w:val="Tableau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Ombrageclair">
    <w:name w:val="Light Shading"/>
    <w:basedOn w:val="Tableau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rameclaire-Accent1">
    <w:name w:val="Light Shading Accent 1"/>
    <w:basedOn w:val="Tableau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Trameclaire-Accent2">
    <w:name w:val="Light Shading Accent 2"/>
    <w:basedOn w:val="Tableau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Trameclaire-Accent3">
    <w:name w:val="Light Shading Accent 3"/>
    <w:basedOn w:val="Tableau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Trameclaire-Accent4">
    <w:name w:val="Light Shading Accent 4"/>
    <w:basedOn w:val="Tableau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Trameclaire-Accent5">
    <w:name w:val="Light Shading Accent 5"/>
    <w:basedOn w:val="Tableau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Trameclaire-Accent6">
    <w:name w:val="Light Shading Accent 6"/>
    <w:basedOn w:val="Tableau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steclaire">
    <w:name w:val="Light List"/>
    <w:basedOn w:val="Tableau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eclaire-Accent1">
    <w:name w:val="Light List Accent 1"/>
    <w:basedOn w:val="Tableau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steclaire-Accent2">
    <w:name w:val="Light List Accent 2"/>
    <w:basedOn w:val="Tableau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steclaire-Accent3">
    <w:name w:val="Light List Accent 3"/>
    <w:basedOn w:val="Tableau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steclaire-Accent4">
    <w:name w:val="Light List Accent 4"/>
    <w:basedOn w:val="Tableau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steclaire-Accent5">
    <w:name w:val="Light List Accent 5"/>
    <w:basedOn w:val="Tableau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steclaire-Accent6">
    <w:name w:val="Light List Accent 6"/>
    <w:basedOn w:val="Tableau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Grilleclaire">
    <w:name w:val="Light Grid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illeclaire-Accent1">
    <w:name w:val="Light Grid Accent 1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Grilleclaire-Accent2">
    <w:name w:val="Light Grid Accent 2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Grilleclaire-Accent3">
    <w:name w:val="Light Grid Accent 3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Grilleclaire-Accent4">
    <w:name w:val="Light Grid Accent 4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Grilleclaire-Accent5">
    <w:name w:val="Light Grid Accent 5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Grilleclaire-Accent6">
    <w:name w:val="Light Grid Accent 6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Tramemoyenne1">
    <w:name w:val="Medium Shading 1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1">
    <w:name w:val="Medium Shading 1 Accent 1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2">
    <w:name w:val="Medium Shading 1 Accent 2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3">
    <w:name w:val="Medium Shading 1 Accent 3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4">
    <w:name w:val="Medium Shading 1 Accent 4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5">
    <w:name w:val="Medium Shading 1 Accent 5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6">
    <w:name w:val="Medium Shading 1 Accent 6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2">
    <w:name w:val="Medium Shading 2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1">
    <w:name w:val="Medium Shading 2 Accent 1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2">
    <w:name w:val="Medium Shading 2 Accent 2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3">
    <w:name w:val="Medium Shading 2 Accent 3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4">
    <w:name w:val="Medium Shading 2 Accent 4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5">
    <w:name w:val="Medium Shading 2 Accent 5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6">
    <w:name w:val="Medium Shading 2 Accent 6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stemoyenne1">
    <w:name w:val="Medium List 1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emoyenne1-Accent1">
    <w:name w:val="Medium List 1 Accent 1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Listemoyenne1-Accent2">
    <w:name w:val="Medium List 1 Accent 2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Listemoyenne1-Accent3">
    <w:name w:val="Medium List 1 Accent 3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Listemoyenne1-Accent4">
    <w:name w:val="Medium List 1 Accent 4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Listemoyenne1-Accent5">
    <w:name w:val="Medium List 1 Accent 5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Listemoyenne1-Accent6">
    <w:name w:val="Medium List 1 Accent 6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Listemoyenne2">
    <w:name w:val="Medium List 2"/>
    <w:basedOn w:val="Tableau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1">
    <w:name w:val="Medium List 2 Accent 1"/>
    <w:basedOn w:val="Tableau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2">
    <w:name w:val="Medium List 2 Accent 2"/>
    <w:basedOn w:val="Tableau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3">
    <w:name w:val="Medium List 2 Accent 3"/>
    <w:basedOn w:val="Tableau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4">
    <w:name w:val="Medium List 2 Accent 4"/>
    <w:basedOn w:val="Tableau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5">
    <w:name w:val="Medium List 2 Accent 5"/>
    <w:basedOn w:val="Tableau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6">
    <w:name w:val="Medium List 2 Accent 6"/>
    <w:basedOn w:val="Tableau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rillemoyenne1">
    <w:name w:val="Medium Grid 1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moyenne1-Accent1">
    <w:name w:val="Medium Grid 1 Accent 1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rillemoyenne1-Accent2">
    <w:name w:val="Medium Grid 1 Accent 2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rillemoyenne1-Accent3">
    <w:name w:val="Medium Grid 1 Accent 3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illemoyenne1-Accent4">
    <w:name w:val="Medium Grid 1 Accent 4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illemoyenne1-Accent5">
    <w:name w:val="Medium Grid 1 Accent 5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illemoyenne1-Accent6">
    <w:name w:val="Medium Grid 1 Accent 6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Grillemoyenne2">
    <w:name w:val="Medium Grid 2"/>
    <w:basedOn w:val="Tableau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1">
    <w:name w:val="Medium Grid 2 Accent 1"/>
    <w:basedOn w:val="Tableau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2">
    <w:name w:val="Medium Grid 2 Accent 2"/>
    <w:basedOn w:val="Tableau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3">
    <w:name w:val="Medium Grid 2 Accent 3"/>
    <w:basedOn w:val="Tableau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4">
    <w:name w:val="Medium Grid 2 Accent 4"/>
    <w:basedOn w:val="Tableau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5">
    <w:name w:val="Medium Grid 2 Accent 5"/>
    <w:basedOn w:val="Tableau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6">
    <w:name w:val="Medium Grid 2 Accent 6"/>
    <w:basedOn w:val="Tableau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3">
    <w:name w:val="Medium Grid 3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illemoyenne3-Accent1">
    <w:name w:val="Medium Grid 3 Accent 1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Grillemoyenne3-Accent2">
    <w:name w:val="Medium Grid 3 Accent 2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Grillemoyenne3-Accent3">
    <w:name w:val="Medium Grid 3 Accent 3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Grillemoyenne3-Accent4">
    <w:name w:val="Medium Grid 3 Accent 4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Grillemoyenne3-Accent5">
    <w:name w:val="Medium Grid 3 Accent 5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Grillemoyenne3-Accent6">
    <w:name w:val="Medium Grid 3 Accent 6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stefonce">
    <w:name w:val="Dark List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efonce-Accent1">
    <w:name w:val="Dark List Accent 1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Listefonce-Accent2">
    <w:name w:val="Dark List Accent 2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Listefonce-Accent3">
    <w:name w:val="Dark List Accent 3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Listefonce-Accent4">
    <w:name w:val="Dark List Accent 4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Listefonce-Accent5">
    <w:name w:val="Dark List Accent 5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Listefonce-Accent6">
    <w:name w:val="Dark List Accent 6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Tramecouleur">
    <w:name w:val="Colorful Shading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1">
    <w:name w:val="Colorful Shading Accent 1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2">
    <w:name w:val="Colorful Shading Accent 2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3">
    <w:name w:val="Colorful Shading Accent 3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Tramecouleur-Accent4">
    <w:name w:val="Colorful Shading Accent 4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5">
    <w:name w:val="Colorful Shading Accent 5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6">
    <w:name w:val="Colorful Shading Accent 6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stecouleur">
    <w:name w:val="Colorful List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couleur-Accent1">
    <w:name w:val="Colorful List Accent 1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ecouleur-Accent2">
    <w:name w:val="Colorful List Accent 2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ecouleur-Accent3">
    <w:name w:val="Colorful List Accent 3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ecouleur-Accent4">
    <w:name w:val="Colorful List Accent 4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ecouleur-Accent5">
    <w:name w:val="Colorful List Accent 5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ecouleur-Accent6">
    <w:name w:val="Colorful List Accent 6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Grillecouleur">
    <w:name w:val="Colorful Grid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couleur-Accent1">
    <w:name w:val="Colorful Grid Accent 1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rillecouleur-Accent2">
    <w:name w:val="Colorful Grid Accent 2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rillecouleur-Accent3">
    <w:name w:val="Colorful Grid Accent 3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illecouleur-Accent4">
    <w:name w:val="Colorful Grid Accent 4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illecouleur-Accent5">
    <w:name w:val="Colorful Grid Accent 5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illecouleur-Accent6">
    <w:name w:val="Colorful Grid Accent 6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102</Words>
  <Characters>792</Characters>
  <Application>Microsoft Office Word</Application>
  <DocSecurity>0</DocSecurity>
  <Lines>30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902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YVES VANDUREN</cp:lastModifiedBy>
  <cp:revision>2</cp:revision>
  <dcterms:created xsi:type="dcterms:W3CDTF">2025-12-14T10:47:00Z</dcterms:created>
  <dcterms:modified xsi:type="dcterms:W3CDTF">2025-12-14T10:47:00Z</dcterms:modified>
  <cp:category/>
</cp:coreProperties>
</file>